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[Nama Lengkap]</w:t>
      </w:r>
    </w:p>
    <w:p>
      <w:r>
        <w:rPr>
          <w:b/>
          <w:color w:val="1F6B3E"/>
          <w:sz w:val="24"/>
        </w:rPr>
        <w:t>[Jabatan Saat Ini atau Posisi yang Dilamar]</w:t>
      </w:r>
    </w:p>
    <w:p>
      <w:r>
        <w:rPr>
          <w:color w:val="55635A"/>
          <w:sz w:val="20"/>
        </w:rPr>
        <w:t>[Kota] · [0812-xxxx-xxxx] · [nama.anda@email.com] · [linkedin.com/in/namaanda]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RINGKASAN PROFIL</w:t>
      </w:r>
    </w:p>
    <w:p>
      <w:r>
        <w:t>[Profesional bidang ... dengan [x] tahun pengalaman di industri ... . Sebutkan 1–2 pencapaian terbesar dan keahlian utama Anda dalam 2–3 kalimat.]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PENGALAMAN KERJA</w:t>
      </w:r>
    </w:p>
    <w:p>
      <w:r>
        <w:rPr>
          <w:b/>
        </w:rPr>
        <w:t>[Jabatan], [Nama Perusahaan], [Kota]</w:t>
      </w:r>
      <w:r>
        <w:rPr>
          <w:color w:val="55635A"/>
        </w:rPr>
        <w:t xml:space="preserve"> | [Bulan Tahun] – Sekarang</w:t>
      </w:r>
    </w:p>
    <w:p>
      <w:pPr>
        <w:pStyle w:val="ListBullet"/>
      </w:pPr>
      <w:r>
        <w:t>[Pencapaian terukur: angka, persentase, nilai rupiah, atau waktu]</w:t>
      </w:r>
    </w:p>
    <w:p>
      <w:pPr>
        <w:pStyle w:val="ListBullet"/>
      </w:pPr>
      <w:r>
        <w:t>[Ukuran tim, anggaran, atau wilayah yang Anda tangani]</w:t>
      </w:r>
    </w:p>
    <w:p>
      <w:pPr>
        <w:pStyle w:val="ListBullet"/>
      </w:pPr>
      <w:r>
        <w:t>[Proyek atau perubahan yang Anda pimpin dan hasilnya]</w:t>
      </w:r>
    </w:p>
    <w:p>
      <w:r>
        <w:rPr>
          <w:b/>
        </w:rPr>
        <w:t>[Jabatan Sebelumnya], [Nama Perusahaan], [Kota]</w:t>
      </w:r>
      <w:r>
        <w:rPr>
          <w:color w:val="55635A"/>
        </w:rPr>
        <w:t xml:space="preserve"> | [Bulan Tahun] – [Bulan Tahun]</w:t>
      </w:r>
    </w:p>
    <w:p>
      <w:pPr>
        <w:pStyle w:val="ListBullet"/>
      </w:pPr>
      <w:r>
        <w:t>[Pencapaian terukur]</w:t>
      </w:r>
    </w:p>
    <w:p>
      <w:pPr>
        <w:pStyle w:val="ListBullet"/>
      </w:pPr>
      <w:r>
        <w:t>[Pencapaian terukur]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PENDIDIKAN</w:t>
      </w:r>
    </w:p>
    <w:p>
      <w:r>
        <w:rPr>
          <w:b/>
        </w:rPr>
        <w:t>[Jenjang dan Jurusan], [Nama Universitas]</w:t>
      </w:r>
      <w:r>
        <w:rPr>
          <w:color w:val="55635A"/>
        </w:rPr>
        <w:t xml:space="preserve"> | [Tahun lulus]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KEAHLIAN</w:t>
      </w:r>
    </w:p>
    <w:p>
      <w:r>
        <w:t>Hard skill: [keahlian teknis yang sesuai iklan lowongan]</w:t>
      </w:r>
    </w:p>
    <w:p>
      <w:r>
        <w:t>Soft skill: [kepemimpinan, negosiasi, atau keahlian lain yang relevan]</w:t>
      </w:r>
    </w:p>
    <w:p>
      <w:pPr>
        <w:spacing w:before="240" w:after="80"/>
        <w:pBdr>
          <w:bottom w:val="single" w:sz="6" w:space="1" w:color="1F6B3E"/>
        </w:pBdr>
      </w:pPr>
      <w:r>
        <w:rPr>
          <w:b/>
          <w:color w:val="1F6B3E"/>
          <w:sz w:val="22"/>
        </w:rPr>
        <w:t>SERTIFIKASI DAN BAHASA</w:t>
      </w:r>
    </w:p>
    <w:p>
      <w:pPr>
        <w:pStyle w:val="ListBullet"/>
      </w:pPr>
      <w:r>
        <w:t>[Nama sertifikasi], [Lembaga], [Tahun]</w:t>
      </w:r>
    </w:p>
    <w:p>
      <w:pPr>
        <w:pStyle w:val="ListBullet"/>
      </w:pPr>
      <w:r>
        <w:t>Bahasa Indonesia (penutur asli), Bahasa Inggris ([tingkat])</w:t>
      </w:r>
    </w:p>
    <w:p>
      <w:pPr>
        <w:spacing w:before="360"/>
      </w:pPr>
      <w:r>
        <w:rPr>
          <w:i/>
          <w:color w:val="55635A"/>
          <w:sz w:val="18"/>
        </w:rPr>
        <w:t>Petunjuk: ganti semua teks dalam [kurung siku], hapus bagian yang tidak relevan, lalu simpan sebagai PDF dengan nama file NamaLengkap_CV_Posisi.pdf. Hapus petunjuk ini sebelum mengirim. Template dari talenthunts.id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CV - Talent Hunts Indonesia</dc:title>
  <dc:subject/>
  <dc:creator>Talent Hunts Indonesia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