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[Nama Lengkap]</w:t>
      </w:r>
    </w:p>
    <w:p>
      <w:r>
        <w:rPr>
          <w:b/>
          <w:color w:val="1F6B3E"/>
          <w:sz w:val="24"/>
        </w:rPr>
        <w:t>Fresh Graduate [Jurusan] | [Posisi yang Dilamar]</w:t>
      </w:r>
    </w:p>
    <w:p>
      <w:r>
        <w:rPr>
          <w:color w:val="55635A"/>
          <w:sz w:val="20"/>
        </w:rPr>
        <w:t>[Kota] · [0812-xxxx-xxxx] · [nama.anda@email.com] · [linkedin.com/in/namaanda]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RINGKASAN PROFIL</w:t>
      </w:r>
    </w:p>
    <w:p>
      <w:r>
        <w:t>[Lulusan S1 jurusan ... dengan pengalaman magang di bidang ... . Tulis 2–3 kalimat: siapa Anda, pengalaman paling relevan, dan apa yang ingin Anda kontribusikan di posisi ini.]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PENDIDIKAN</w:t>
      </w:r>
    </w:p>
    <w:p>
      <w:r>
        <w:rPr>
          <w:b/>
        </w:rPr>
        <w:t>[Jenjang dan Jurusan], [Nama Universitas]</w:t>
      </w:r>
      <w:r>
        <w:rPr>
          <w:color w:val="55635A"/>
        </w:rPr>
        <w:t xml:space="preserve"> | [Tahun masuk] – [Tahun lulus] | IPK [x,xx]/4,00</w:t>
      </w:r>
    </w:p>
    <w:p>
      <w:pPr>
        <w:pStyle w:val="ListBullet"/>
      </w:pPr>
      <w:r>
        <w:t>[Skripsi/tugas akhir yang relevan dengan posisi, satu kalimat]</w:t>
      </w:r>
    </w:p>
    <w:p>
      <w:pPr>
        <w:pStyle w:val="ListBullet"/>
      </w:pPr>
      <w:r>
        <w:t>[Beasiswa atau penghargaan akademik, jika ada]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PENGALAMAN MAGANG</w:t>
      </w:r>
    </w:p>
    <w:p>
      <w:r>
        <w:rPr>
          <w:b/>
        </w:rPr>
        <w:t>[Posisi Magang], [Nama Perusahaan], [Kota]</w:t>
      </w:r>
      <w:r>
        <w:rPr>
          <w:color w:val="55635A"/>
        </w:rPr>
        <w:t xml:space="preserve"> | [Bulan Tahun] – [Bulan Tahun]</w:t>
      </w:r>
    </w:p>
    <w:p>
      <w:pPr>
        <w:pStyle w:val="ListBullet"/>
      </w:pPr>
      <w:r>
        <w:t>[Pencapaian dengan angka, misalnya: menyaring 200+ CV dalam 3 bulan]</w:t>
      </w:r>
    </w:p>
    <w:p>
      <w:pPr>
        <w:pStyle w:val="ListBullet"/>
      </w:pPr>
      <w:r>
        <w:t>[Pencapaian kedua]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ORGANISASI DAN KEGIATAN</w:t>
      </w:r>
    </w:p>
    <w:p>
      <w:r>
        <w:rPr>
          <w:b/>
        </w:rPr>
        <w:t>[Jabatan], [Nama Organisasi]</w:t>
      </w:r>
      <w:r>
        <w:rPr>
          <w:color w:val="55635A"/>
        </w:rPr>
        <w:t xml:space="preserve"> | [Tahun] – [Tahun]</w:t>
      </w:r>
    </w:p>
    <w:p>
      <w:pPr>
        <w:pStyle w:val="ListBullet"/>
      </w:pPr>
      <w:r>
        <w:t>[Apa yang Anda pimpin atau hasilkan, dengan angka]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KEAHLIAN</w:t>
      </w:r>
    </w:p>
    <w:p>
      <w:r>
        <w:t>Hard skill: [software, alat kerja, atau metode yang Anda kuasai]</w:t>
      </w:r>
    </w:p>
    <w:p>
      <w:r>
        <w:t>Soft skill: [3 soft skill yang relevan dan bisa Anda buktikan]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SERTIFIKASI DAN BAHASA</w:t>
      </w:r>
    </w:p>
    <w:p>
      <w:pPr>
        <w:pStyle w:val="ListBullet"/>
      </w:pPr>
      <w:r>
        <w:t>[Nama sertifikat atau pelatihan], [Penyelenggara], [Tahun]</w:t>
      </w:r>
    </w:p>
    <w:p>
      <w:pPr>
        <w:pStyle w:val="ListBullet"/>
      </w:pPr>
      <w:r>
        <w:t>Bahasa Indonesia (penutur asli), Bahasa Inggris ([tingkat], [skor TOEFL/IELTS jika ada])</w:t>
      </w:r>
    </w:p>
    <w:p>
      <w:pPr>
        <w:spacing w:before="360"/>
      </w:pPr>
      <w:r>
        <w:rPr>
          <w:i/>
          <w:color w:val="55635A"/>
          <w:sz w:val="18"/>
        </w:rPr>
        <w:t>Petunjuk: ganti semua teks dalam [kurung siku], hapus bagian yang tidak relevan, lalu simpan sebagai PDF dengan nama file NamaLengkap_CV_Posisi.pdf. Hapus petunjuk ini sebelum mengirim. Template dari talenthunts.id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CV - Talent Hunts Indonesia</dc:title>
  <dc:subject/>
  <dc:creator>Talent Hunts Indonesia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